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במחזה - הוראות במה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הוראת במה ותפקידו בטקסט דרמטי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דיבור הדמויות לבין הוראות המחזאי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מרכיבים של 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הנחיה של המחזאי שלא נאמרת על הבמה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תפאורה, תנועה, טון דיבור ושתיקות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המחזאי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לא, היא רק הנחיה כתובה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דיאלוג זה דיבור הדמויות, הוראת במה היא הנחיה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הוראת במה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הוראת הבמה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הוראת הבמה אינה נאמרת, היא רק הנחיה כתובה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שתיקות הן חלק מהדברים שמתארת הוראת הבמה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תיאור תפאורה הוא אחד מתפקידי הוראת הבמה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המחזאי הוא זה שכותב את הוראות הבמה במחזה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טון הדיבור כן יכול להיות מתואר בהוראת במה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(הנחיה שלא נאמרת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(שיחה בין 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(דיבור ארוך של דמות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(עיצוב הבמה)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(מנחה את ההצגה)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הן עוזרות לשחקנים ולבמאי להבין איך לבצע את ההצגה - תנועה, תפאורה, טון דיבור וכניסות ויציאות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תיאור החדר, האור בחדר, מיקום הדמויות כשהמסך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גם משפטי דיבור של דמויות וגם הוראת במה נפרדת (למשל בסוגריים) המתארת תנועה או תפאורה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הנחיה של המחזאי שלא נאמרת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תפאורה, תנועה, טון דיבור, שתיקות, כניסות ויציאות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המחזאי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קטע קצר ממחזה מוכר ולבקש מהתלמידים לסמן בו את הוראות הבמה בצבע אחד ואת הדיאלוג בצבע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בקול את ההבדל בין קריאת הדיאלוג לבין תיאור הוראת הבמה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היצירתית אפשר לעבוד בזוגות - אחד כותב דיאלוג והשני מוסיף הוראות במה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במחזה - הוראות במה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במחזה יש שני סוגי טקסט: מה שהדמויות אומרות, ומה שהמחזאי כותב כהנחיה לשחקנים ולבמאי - זו הוראת הבמה. הוראת הבמה לא נאמרת בקול על הבמה, אלא מתארת תפאורה, תנועה, טון דיבור, שתיקות, כניסות ויציאות של הדמויות.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הוראת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של דמות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הנחיה של המחזאי שלא נאמרת על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שמושר באמצע המחזה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יכולה הוראת במה לתאר?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תפאורה, תנועה, טון דיבור ושתיקות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שם המחזאי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מחיר הכרטיסים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כותב את הוראות הבמה?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המחזאי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הקופאי בקולנוע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הוראת במה נאמרת בקול על הבמה?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היא רק הנחיה כתובה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בהצגות קומיות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בתחילת המחזה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דיאלוג להוראת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דיאלוג זה דיבור הדמויות, הוראת במה היא הנחיה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דיאלוג זה שם המחזה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הוראת במה היא רק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כניסות ויציאות של דמויות מתוארות באמצעות: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הוראת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כרזת פרסום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המחזה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הוראת במה נועדה לעזור לשחקנים ולבמאי להבין איך להציג את המחזה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הוראת במה היא חלק מהדיבור של הדמות ונאמרת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לתאר בהוראת במה גם שתיקה של 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הוראת במה יכולה לתאר את התפאורה על הבמה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הבמאי יכול לכתוב הוראות במה, לא המחזאי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טון הדיבור של דמות אינו חלק מהוראות הבמה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הוראת __________ היא הנחיה של המחזאי שאינה נאמרת על הבמה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הטקסט שנכתב כדי שיציגו אותו על 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שיחה בין שתי דמויות או יותר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האדם שמנחה את ההצגה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החפצים והעיצוב על הבמה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אדם שמגלם דמות על הבמה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הוראת במה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עיצוב הבמה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דיאלוג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דיבור ארוך של דמות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הנחיה שלא נאמרת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מנחה את ההצגה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במאי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בין 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הוראות הבמה חשובות למחזה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להוראת במה שיכולה להופיע בתחילת מחזה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קצר ממחזה דמיוני הכולל דיאלוג בין שתי דמויות וגם הוראת במה אחת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הוראת במה?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למה שהוראת במה יכולה לתאר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כותב את הוראות הבמה במחזה?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מושגים במחזה - הוראות במה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