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 הוראת במה ותפקידו בטקסט דרמטי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דיבור הדמויות לבין הוראות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מרכיבים של 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הנחיה של המחזאי שלא נאמרת על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תפאורה, תנועה, טון דיבור ושתיקות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המחזאי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לא, היא רק הנחיה 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דיאלוג זה דיבור הדמויות, הוראת במה היא הנחיה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הוראת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התפקיד של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הוראת הבמה אינה נאמרת, היא רק הנחיה 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שתיקות הן חלק מהדברים שמתארת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תיאור תפאורה הוא אחד מתפקידי הוראת הבמה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המחזאי הוא זה שכותב את הוראות הבמה במחזה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טון הדיבור כן יכול להיות מתואר בהוראת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דיאלוג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תפאורה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שחקן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(הנחיה שלא נאמרת בקול)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(שיחה בין 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(דיבור ארוך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(עיצוב הבמה)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(מנחה את ההצגה)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הן עוזרות לשחקנים ולבמאי להבין איך לבצע את ההצגה - תנועה, תפאורה, טון דיבור וכניסות ויציאות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תיאור החדר, האור בחדר, מיקום הדמויות כשהמסך 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גם משפטי דיבור של דמויות וגם הוראת במה נפרדת (למשל בסוגריים) המתארת תנועה או תפאורה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הנחיה של המחזאי שלא נאמרת בקול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תפאורה, תנועה, טון דיבור, שתיקות, כניסות ויציאות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המחזאי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קטע קצר ממחזה מוכר ולבקש מהתלמידים לסמן בו את הוראות הבמה בצבע אחד ואת הדיאלוג בצבע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בקול את ההבדל בין קריאת הדיאלוג לבין תיאור הוראת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הכתיבה היצירתית אפשר לעבוד בזוגות - אחד כותב דיאלוג והשני מוסיף הוראות במה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מושגים במחזה - הוראות במה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במחזה יש דיבור של דמויות, ויש גם הוראות של הכותב. ההוראות האלה נקראות הוראות במה. הן לא נאמרות בקול, הן רק כתובות בטקסט כדי להסביר איך לשחק את המחזה.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שנכתב כדי שיציגו אותו על במה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הוראת במה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הנחיה של המחזאי שלא נאמרת בקול, למשל תיאור תפאורה או תנועה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שתי דמויות או יותר במחזה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ארוך של דמות אחת לבדה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תפאורה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העיצוב והחפצים על הבמה שיוצרים את המקום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מדומיין שפועל בתוך המחזה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במאי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שמנחה איך יציגו את המחזה על הבמה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שמגלם דמות על הבמה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 של דמות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הנחיה של המחזאי שלא נאמרת על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שמושר באמצע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למצוא בתוך 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תפאורה, תנועה, טון דיבור ושתיקות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שם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מחיר הכרטיסים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אחראי לכתוב את ההוראות?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המחזאי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הקופאי בקולנוע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האם שומעים את הוראת הבמה?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היא רק הנחיה כתובה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בהצגות קומיות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בתחילת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שונה בין דיאלוג להוראת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 זה דיבור הדמויות, הוראת במה היא הנחיה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 זה שם המחזה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הוראת במה היא רק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כתוב מתי דמות נכנסת או יוצאת?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הוראת 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כרזת פרסום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תוכנית המחזה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נועדה לעזור לשחקנים ולבמאי להבין איך להציג את המחזה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היא חלק מהדיבור של הדמות ונאמרת בקול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לתאר בהוראת במה גם שתיקה של 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הוראת במה יכולה לתאר את התפאורה על הבמה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רק הבמאי יכול לכתוב הוראות במה, לא המחזאי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טון הדיבור של דמות אינו חלק מהוראות הבמה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הוראת __________ היא הנחיה של המחזאי שאינה נאמרת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הטקסט שנכתב כדי שיציגו אותו על 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שיחה בין שתי דמויות או יותר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האדם שמנחה את ההצגה נקרא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החפצים והעיצוב על הבמה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אדם שמגלם דמות על הבמה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הוראת במה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דיבור ארוך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דיאלוג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הנחיה שלא נאמרת בקול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מנחה את ההצגה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תפאורה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שיחה בין דמויות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במאי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עיצוב הבמה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הוראות הבמה חשובות למחזה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להוראת במה שיכולה להופיע בתחילת מחזה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קצר ממחזה דמיוני הכולל דיאלוג בין שתי דמויות וגם הוראת במה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הוראת במה?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למה שהוראת במה יכולה לתאר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כותב את הוראות הבמה במחזה?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מושגים במחזה - הוראות במה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